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6C97B" w14:textId="77777777" w:rsidR="00A61D3A" w:rsidRDefault="00636580" w:rsidP="007328C5">
      <w:pPr>
        <w:spacing w:after="20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3456E11" wp14:editId="2DBB0BEC">
            <wp:simplePos x="0" y="0"/>
            <wp:positionH relativeFrom="column">
              <wp:posOffset>-203</wp:posOffset>
            </wp:positionH>
            <wp:positionV relativeFrom="paragraph">
              <wp:posOffset>-322072</wp:posOffset>
            </wp:positionV>
            <wp:extent cx="9864000" cy="1004400"/>
            <wp:effectExtent l="0" t="0" r="4445" b="5715"/>
            <wp:wrapTight wrapText="bothSides">
              <wp:wrapPolygon edited="0">
                <wp:start x="0" y="0"/>
                <wp:lineTo x="0" y="21313"/>
                <wp:lineTo x="21568" y="21313"/>
                <wp:lineTo x="2156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ader_template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64000" cy="100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3679017" w14:textId="77777777" w:rsidR="007328C5" w:rsidRPr="007328C5" w:rsidRDefault="00636580" w:rsidP="007328C5">
      <w:pPr>
        <w:spacing w:after="0"/>
        <w:jc w:val="center"/>
        <w:rPr>
          <w:sz w:val="20"/>
          <w:szCs w:val="20"/>
        </w:rPr>
      </w:pPr>
      <w:r>
        <w:rPr>
          <w:b/>
          <w:sz w:val="20"/>
        </w:rPr>
        <w:t>Harmonogram udzielania wsparcia - wrzesień-listopad 2026 r.</w:t>
      </w:r>
      <w:r w:rsidR="007328C5">
        <w:rPr>
          <w:b/>
          <w:sz w:val="20"/>
        </w:rPr>
        <w:br/>
      </w:r>
      <w:r w:rsidR="007328C5" w:rsidRPr="007328C5">
        <w:rPr>
          <w:sz w:val="20"/>
          <w:szCs w:val="20"/>
        </w:rPr>
        <w:t xml:space="preserve">Projekt pn. „Aktywny Senior to szczęśliwy Senior!”, realizowany przez Gminę Polanów </w:t>
      </w:r>
    </w:p>
    <w:p w14:paraId="70FC4DD2" w14:textId="0E335C46" w:rsidR="00A61D3A" w:rsidRPr="007328C5" w:rsidRDefault="007328C5" w:rsidP="007328C5">
      <w:pPr>
        <w:spacing w:after="300"/>
        <w:jc w:val="center"/>
        <w:rPr>
          <w:sz w:val="20"/>
          <w:szCs w:val="20"/>
        </w:rPr>
      </w:pPr>
      <w:r w:rsidRPr="007328C5">
        <w:rPr>
          <w:sz w:val="20"/>
          <w:szCs w:val="20"/>
        </w:rPr>
        <w:t>na podstawie umowy o dofinansowanie nr FEPZ.06.19-IP.01-0009/25-00</w:t>
      </w:r>
    </w:p>
    <w:p w14:paraId="1A425ED6" w14:textId="59576F7E" w:rsidR="00A61D3A" w:rsidRDefault="00BD7CA2">
      <w:pPr>
        <w:spacing w:after="60"/>
      </w:pPr>
      <w:r>
        <w:rPr>
          <w:b/>
          <w:sz w:val="20"/>
        </w:rPr>
        <w:t xml:space="preserve">    </w:t>
      </w:r>
      <w:r w:rsidR="00853F11">
        <w:rPr>
          <w:b/>
          <w:sz w:val="20"/>
        </w:rPr>
        <w:t>I</w:t>
      </w:r>
      <w:r>
        <w:rPr>
          <w:b/>
          <w:sz w:val="20"/>
        </w:rPr>
        <w:t>nne rodzaje wsparcia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"/>
        <w:gridCol w:w="2381"/>
        <w:gridCol w:w="3231"/>
        <w:gridCol w:w="1871"/>
        <w:gridCol w:w="2154"/>
        <w:gridCol w:w="2835"/>
        <w:gridCol w:w="2154"/>
      </w:tblGrid>
      <w:tr w:rsidR="00A61D3A" w14:paraId="2CF4D0BE" w14:textId="77777777">
        <w:trPr>
          <w:tblHeader/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F3D00CB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Lp.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546FC5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Nazwa udzielonego wsparcia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C50B481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Miejsce (dokładny adres ze wskazaniem nr Sali)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298DD6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Data odbywania danego wsparcia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32FD79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Godziny, w których przeprowadzane jest dane wsparcie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732BD4E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Imiona i nazwiska uczestników projektu, biorących udział w danym wsparciu*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955BEF" w14:textId="77777777" w:rsidR="00A61D3A" w:rsidRPr="00BD7CA2" w:rsidRDefault="00636580">
            <w:pPr>
              <w:spacing w:after="0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Uwagi</w:t>
            </w:r>
          </w:p>
        </w:tc>
      </w:tr>
      <w:tr w:rsidR="00A61D3A" w14:paraId="73341987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BE0F13" w14:textId="23D227B8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55022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40592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A7FB1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75777D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9:00-11:00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9E5E9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39F595C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C072BD7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C43A98" w14:textId="530415AF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308981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BF46A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074E29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4E69A4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11:15-13:15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377DE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E547FA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4A6D6352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29D834" w14:textId="213DBF09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5841E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E4C37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92B547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5447E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13:30-15:30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57274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89ED9C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55F393A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1881EF9" w14:textId="3974F6ED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191CA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ogrodnicze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6D4FF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0A0B481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05.10.2026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0399E8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9:00-12:00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8400A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C18FAED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CF3399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1234BD2" w14:textId="2720F919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20AAE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49442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C9272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05.10.2026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F09F0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C10789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EE745F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7E76D0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F5A1A8" w14:textId="3C2CE32D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47ACA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ogrodnicze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BB68D5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58BE7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90754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9:00-12:00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EF597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148FB8F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684098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4F45DE" w14:textId="1AE2073D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382DB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3DA33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AA31A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07.10.2026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3F5A8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818B1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C1A92E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3E3D9C54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6F36C6" w14:textId="67470EDB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95078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4E5EF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9F22C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07.10.2026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05BA01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ABD9B6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0036A8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C55F675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CA31F6D" w14:textId="40A8328E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F97B6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00F4D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BDB9D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08.10.2026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8F4FD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F7943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FD23DF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A93C748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DCB52E" w14:textId="3884E3BB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lastRenderedPageBreak/>
              <w:t>10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1F74E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D4E84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DF0F1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08.10.2026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5364A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48954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E93E3B7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477681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511343" w14:textId="358689B3" w:rsidR="00A61D3A" w:rsidRPr="00CF29CE" w:rsidRDefault="00AE2C89">
            <w:pPr>
              <w:spacing w:after="0"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sz w:val="16"/>
                <w:szCs w:val="16"/>
              </w:rPr>
              <w:t>11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5CBFB7" w14:textId="77777777" w:rsidR="00A61D3A" w:rsidRPr="00CF29CE" w:rsidRDefault="00636580">
            <w:pPr>
              <w:spacing w:after="0"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 w:val="16"/>
                <w:szCs w:val="16"/>
              </w:rPr>
              <w:t>Warsztaty kulinarne</w:t>
            </w:r>
            <w:r w:rsidRPr="00CF29CE">
              <w:rPr>
                <w:rFonts w:cs="Arial"/>
                <w:b/>
                <w:bCs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33A92B" w14:textId="49AFB37E" w:rsidR="00A61D3A" w:rsidRPr="00CF29CE" w:rsidRDefault="001670CB">
            <w:pPr>
              <w:spacing w:after="0"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 w:val="16"/>
                <w:szCs w:val="16"/>
              </w:rPr>
              <w:t>ul. Magazynowa 12 (I piętro)</w:t>
            </w:r>
            <w:r w:rsidRPr="00CF29CE">
              <w:rPr>
                <w:rFonts w:cs="Arial"/>
                <w:b/>
                <w:bCs/>
                <w:sz w:val="16"/>
                <w:szCs w:val="16"/>
              </w:rPr>
              <w:br/>
              <w:t>76-010 Polanów (siedziba OSP)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EDC0B9" w14:textId="77777777" w:rsidR="00A61D3A" w:rsidRPr="00CF29CE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407347A" w14:textId="77777777" w:rsidR="00A61D3A" w:rsidRPr="00CF29CE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74F9CC" w14:textId="77777777" w:rsidR="00A61D3A" w:rsidRPr="00CF29CE" w:rsidRDefault="00636580">
            <w:pPr>
              <w:spacing w:after="0"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9FD9E7" w14:textId="0B478C2C" w:rsidR="00A61D3A" w:rsidRPr="00CF29CE" w:rsidRDefault="001670CB">
            <w:pPr>
              <w:spacing w:after="0" w:line="240" w:lineRule="auto"/>
              <w:rPr>
                <w:rFonts w:cs="Arial"/>
                <w:b/>
                <w:bCs/>
                <w:sz w:val="16"/>
                <w:szCs w:val="16"/>
              </w:rPr>
            </w:pPr>
            <w:r w:rsidRPr="00CF29CE">
              <w:rPr>
                <w:rFonts w:cs="Arial"/>
                <w:b/>
                <w:bCs/>
                <w:szCs w:val="12"/>
              </w:rPr>
              <w:t>Zmiana miejsca warsztatów  z</w:t>
            </w:r>
            <w:r w:rsidR="009C384B" w:rsidRPr="00CF29CE">
              <w:rPr>
                <w:rFonts w:cs="Arial"/>
                <w:b/>
                <w:bCs/>
                <w:szCs w:val="12"/>
              </w:rPr>
              <w:t xml:space="preserve"> ul. Wolności 14. Dzień monitoringu instytucji współfinansujacej. </w:t>
            </w:r>
          </w:p>
        </w:tc>
      </w:tr>
      <w:tr w:rsidR="00A61D3A" w14:paraId="6087E473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3E1B0F1" w14:textId="291557EB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4E054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2DA58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34D881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062B53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9:00-11:00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CFBFF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0492FE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6C126E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54093C" w14:textId="4ABA50FA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AF32D7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E252DC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5A714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B7A068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11:15-13:15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918EC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51FF9DC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9AD8C3F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AFEE67A" w14:textId="3B5C8808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DCBFB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B4CBA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F62B5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AE8DE9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2AF9BE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FD8394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D7BD7B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EA31AA" w14:textId="53437C2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0802C5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032AAF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D50AD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0D966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13:30-15:30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508F8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9F9DF7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26A45D0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101A51" w14:textId="48D344D1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CE792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B0AC44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19B6D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87E2B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108DE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21669C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8D7E64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2051FEB" w14:textId="4FCB64FD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9A64EA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24B6D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87ED5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A9E1B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10:00-13:00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45675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9AA5D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28DA4AA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DAA9AE5" w14:textId="1D8D6700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18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05204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B3280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130974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5E857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13:30-16:30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A33671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06F264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87B8806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F312C2" w14:textId="3E04E763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235FD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ogrodnicze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E2079E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F1284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A2D66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9:00-12:00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08FB0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191FBF4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4B691375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61E137E" w14:textId="2B740F2B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DE7CE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46B53C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79143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095A9F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E65B0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13F108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DB730DE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91C4D3E" w14:textId="6D69B335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CBFFE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ogrodnicze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259D4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0FB4F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9D3699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9:00-12:00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7447C8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9690A26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DB94A80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DA7F0D" w14:textId="7A97591C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48FDB9" w14:textId="58BE0291" w:rsidR="00A61D3A" w:rsidRPr="00BD7CA2" w:rsidRDefault="00BD7CA2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Wyjazd krajoznawczy trzydniowy - Podlasie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3A808B" w14:textId="4BCEB62C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Podlasie</w:t>
            </w:r>
            <w:r w:rsidR="00853F11" w:rsidRPr="00BD7CA2">
              <w:rPr>
                <w:rFonts w:cs="Arial"/>
                <w:sz w:val="16"/>
                <w:szCs w:val="16"/>
              </w:rPr>
              <w:t xml:space="preserve">, </w:t>
            </w:r>
            <w:r w:rsidRPr="00BD7CA2">
              <w:rPr>
                <w:rFonts w:cs="Arial"/>
                <w:sz w:val="16"/>
                <w:szCs w:val="16"/>
              </w:rPr>
              <w:br/>
            </w:r>
            <w:r w:rsidR="00853F11" w:rsidRPr="00BD7CA2">
              <w:rPr>
                <w:rFonts w:cs="Arial"/>
                <w:sz w:val="16"/>
                <w:szCs w:val="16"/>
              </w:rPr>
              <w:t>Miejsce zbiórki: Centrum Przesiadkowe w Polanowie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62224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14-16.10.2026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C99FB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zgodnie ze szczegółowym harmonogramem wyjazdu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01D40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2EE2A2" w14:textId="6B58E178" w:rsidR="00A61D3A" w:rsidRPr="00BD7CA2" w:rsidRDefault="00BD7CA2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Wyjazd krajoznawczy trzydniowy.</w:t>
            </w:r>
          </w:p>
        </w:tc>
      </w:tr>
      <w:tr w:rsidR="00A61D3A" w14:paraId="7A47C6E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6BEED6" w14:textId="55964F05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B6558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FB97A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F4937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14.10.2026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CA1AD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7579E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D3A402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83B9E9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A76903" w14:textId="668B0F47" w:rsidR="00A61D3A" w:rsidRPr="009C384B" w:rsidRDefault="00AE2C89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>
              <w:rPr>
                <w:rFonts w:cs="Arial"/>
                <w:b/>
                <w:bCs/>
                <w:strike/>
                <w:sz w:val="16"/>
                <w:szCs w:val="16"/>
              </w:rPr>
              <w:lastRenderedPageBreak/>
              <w:t>24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7455C1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Zajęcia sportowe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0AB9C2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Świetlica Wiejska w Żydowie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7852FDA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16.10.2026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899916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9:00-11:00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C2A122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AC5B69" w14:textId="44D58D5A" w:rsidR="00A61D3A" w:rsidRPr="003E0C2B" w:rsidRDefault="003E0C2B">
            <w:pPr>
              <w:spacing w:after="0" w:line="240" w:lineRule="auto"/>
              <w:rPr>
                <w:rFonts w:cs="Arial"/>
                <w:szCs w:val="12"/>
              </w:rPr>
            </w:pPr>
            <w:r w:rsidRPr="003E0C2B">
              <w:rPr>
                <w:rFonts w:cs="Arial"/>
                <w:szCs w:val="12"/>
              </w:rPr>
              <w:t>Zajęcia odwołane</w:t>
            </w:r>
            <w:r w:rsidR="009C384B">
              <w:rPr>
                <w:rFonts w:cs="Arial"/>
                <w:szCs w:val="12"/>
              </w:rPr>
              <w:t xml:space="preserve">, </w:t>
            </w:r>
            <w:r w:rsidRPr="003E0C2B">
              <w:rPr>
                <w:rFonts w:cs="Arial"/>
                <w:szCs w:val="12"/>
              </w:rPr>
              <w:t xml:space="preserve">do odpracowania w najbliższym terminie </w:t>
            </w:r>
            <w:r w:rsidR="009C384B" w:rsidRPr="009C384B">
              <w:rPr>
                <w:rFonts w:cs="Arial"/>
                <w:szCs w:val="12"/>
              </w:rPr>
              <w:t>wg Harmonogramu</w:t>
            </w:r>
          </w:p>
        </w:tc>
      </w:tr>
      <w:tr w:rsidR="00A61D3A" w14:paraId="25E6EA74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40D437" w14:textId="1CF0321A" w:rsidR="00A61D3A" w:rsidRPr="009C384B" w:rsidRDefault="00AE2C89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>
              <w:rPr>
                <w:rFonts w:cs="Arial"/>
                <w:b/>
                <w:bCs/>
                <w:strike/>
                <w:sz w:val="16"/>
                <w:szCs w:val="16"/>
              </w:rPr>
              <w:t>25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19FA1A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Zajęcia sportowe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B9C9327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Klub Seniora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0C64BF5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16.10.2026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5CDB89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11:15-13:15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5ECEF8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36BC69" w14:textId="7D2B0AC0" w:rsidR="00A61D3A" w:rsidRPr="003E0C2B" w:rsidRDefault="003E0C2B">
            <w:pPr>
              <w:spacing w:after="0" w:line="240" w:lineRule="auto"/>
              <w:rPr>
                <w:rFonts w:cs="Arial"/>
                <w:szCs w:val="12"/>
              </w:rPr>
            </w:pPr>
            <w:r w:rsidRPr="003E0C2B">
              <w:rPr>
                <w:rFonts w:cs="Arial"/>
                <w:szCs w:val="12"/>
              </w:rPr>
              <w:t>Zajęcia odwołane, do odpracowania w najbliższym terminie</w:t>
            </w:r>
            <w:r w:rsidR="009C384B" w:rsidRPr="009C384B">
              <w:rPr>
                <w:rFonts w:cs="Arial"/>
                <w:szCs w:val="12"/>
              </w:rPr>
              <w:t xml:space="preserve"> wg Harmonogramu</w:t>
            </w:r>
          </w:p>
        </w:tc>
      </w:tr>
      <w:tr w:rsidR="00A61D3A" w14:paraId="6888F310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6BD239B" w14:textId="13576A2D" w:rsidR="00A61D3A" w:rsidRPr="009C384B" w:rsidRDefault="00AE2C89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>
              <w:rPr>
                <w:rFonts w:cs="Arial"/>
                <w:b/>
                <w:bCs/>
                <w:strike/>
                <w:sz w:val="16"/>
                <w:szCs w:val="16"/>
              </w:rPr>
              <w:t>26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10BC561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Zajęcia sportowe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B9FEC6E" w14:textId="50FDE3DA" w:rsidR="00A61D3A" w:rsidRPr="009C384B" w:rsidRDefault="00AE6F49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Budyn</w:t>
            </w:r>
            <w:r w:rsidR="004C357C" w:rsidRPr="009C384B">
              <w:rPr>
                <w:rFonts w:cs="Arial"/>
                <w:b/>
                <w:bCs/>
                <w:strike/>
                <w:sz w:val="16"/>
                <w:szCs w:val="16"/>
              </w:rPr>
              <w:t>ek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 xml:space="preserve"> OSP (sala główna) </w:t>
            </w:r>
            <w:r w:rsidR="00636580" w:rsidRPr="009C384B">
              <w:rPr>
                <w:rFonts w:cs="Arial"/>
                <w:b/>
                <w:bCs/>
                <w:strike/>
                <w:sz w:val="16"/>
                <w:szCs w:val="16"/>
              </w:rPr>
              <w:br/>
              <w:t xml:space="preserve">ul. </w:t>
            </w: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Magazynowa 12</w:t>
            </w:r>
            <w:r w:rsidR="00636580" w:rsidRPr="009C384B">
              <w:rPr>
                <w:rFonts w:cs="Arial"/>
                <w:b/>
                <w:bCs/>
                <w:strike/>
                <w:sz w:val="16"/>
                <w:szCs w:val="16"/>
              </w:rPr>
              <w:t>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13E4221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16.10.2026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C7BC3BC" w14:textId="77777777" w:rsidR="00A61D3A" w:rsidRPr="009C384B" w:rsidRDefault="00636580">
            <w:pPr>
              <w:spacing w:after="0" w:line="240" w:lineRule="auto"/>
              <w:jc w:val="center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13:30-15:30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10AB50" w14:textId="77777777" w:rsidR="00A61D3A" w:rsidRPr="009C384B" w:rsidRDefault="00636580">
            <w:pPr>
              <w:spacing w:after="0" w:line="240" w:lineRule="auto"/>
              <w:rPr>
                <w:rFonts w:cs="Arial"/>
                <w:b/>
                <w:bCs/>
                <w:strike/>
                <w:sz w:val="16"/>
                <w:szCs w:val="16"/>
              </w:rPr>
            </w:pPr>
            <w:r w:rsidRPr="009C384B">
              <w:rPr>
                <w:rFonts w:cs="Arial"/>
                <w:b/>
                <w:bCs/>
                <w:strike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188CF64" w14:textId="3C7659E1" w:rsidR="00A61D3A" w:rsidRPr="003E0C2B" w:rsidRDefault="003E0C2B">
            <w:pPr>
              <w:spacing w:after="0" w:line="240" w:lineRule="auto"/>
              <w:rPr>
                <w:rFonts w:cs="Arial"/>
                <w:szCs w:val="12"/>
              </w:rPr>
            </w:pPr>
            <w:r w:rsidRPr="003E0C2B">
              <w:rPr>
                <w:rFonts w:cs="Arial"/>
                <w:szCs w:val="12"/>
              </w:rPr>
              <w:t>Zajęcia odwołane</w:t>
            </w:r>
            <w:r w:rsidR="009C384B">
              <w:rPr>
                <w:rFonts w:cs="Arial"/>
                <w:szCs w:val="12"/>
              </w:rPr>
              <w:t xml:space="preserve">, </w:t>
            </w:r>
            <w:r w:rsidRPr="003E0C2B">
              <w:rPr>
                <w:rFonts w:cs="Arial"/>
                <w:szCs w:val="12"/>
              </w:rPr>
              <w:t>do odpracowania w najbliższym terminie</w:t>
            </w:r>
            <w:r w:rsidR="009C384B">
              <w:rPr>
                <w:rFonts w:cs="Arial"/>
                <w:szCs w:val="12"/>
              </w:rPr>
              <w:t xml:space="preserve"> wg Harmonogramu</w:t>
            </w:r>
          </w:p>
        </w:tc>
      </w:tr>
      <w:tr w:rsidR="00A61D3A" w14:paraId="24FA7172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8E1A572" w14:textId="15E0756B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94F13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3F5920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F1183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17.10.2026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23A32C4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10:00-13:00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BA8C0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89AC814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01022B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DEF583" w14:textId="5ED48C17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7D66E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FE25EC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59BE9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17.10.2026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F2AF8F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13:30-16:30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C45B39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07ECB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9302028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11575F" w14:textId="2061F5BE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519F8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617A2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97CC9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19.10.2026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88F7219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1923B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97CF0D7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4C8196C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4E4CE9" w14:textId="6212FF4F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E9713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ogrodnicze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A849E0" w14:textId="3022FC81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Budyn</w:t>
            </w:r>
            <w:r w:rsidR="004C357C">
              <w:rPr>
                <w:rFonts w:cs="Arial"/>
                <w:sz w:val="16"/>
                <w:szCs w:val="16"/>
              </w:rPr>
              <w:t>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2717D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CADB3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9:00-12:00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C49933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DA19FF0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354AFB59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82FD6F" w14:textId="6733ADC9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413F5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272F3D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4C1A1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21.10.2026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90CF0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62F2A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9037923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DDDF9D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9951B0" w14:textId="3C4CAF6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CDF83E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5D54E1A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32212F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21.10.2026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D3E473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93E559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65F7BE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E554865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C72B7D" w14:textId="24A25568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EDC279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E782C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90EB9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CAB4E9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F2899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D952912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44AAF567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C70EA7" w14:textId="1148C992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89ECD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4FDB94" w14:textId="2685DF0E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Budyn</w:t>
            </w:r>
            <w:r w:rsidR="004C357C">
              <w:rPr>
                <w:rFonts w:cs="Arial"/>
                <w:sz w:val="16"/>
                <w:szCs w:val="16"/>
              </w:rPr>
              <w:t>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A7B70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02631F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58563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F0EC6D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72F3EC8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954828" w14:textId="5A98B931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FE1B4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968FFE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C2E38F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22.10.2026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44BC207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5F7B2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03931A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140F22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88860D" w14:textId="23E840F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8B834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D3728F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2C134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DEB77E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8:30-11:30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D64E50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2B47D8B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C94783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975010" w14:textId="4C6947F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EE733A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B4873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6B3EB0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F4B244F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9:00-11:00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0BCC53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E692A4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15D0691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D5B41F" w14:textId="16B3EBFE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38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6BDBB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7D79AE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5F1B1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C9FF70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11:15-13:15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D4E36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5246C56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675368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8D1D506" w14:textId="5C1BC53F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39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E613D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kulinarne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993A54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0375E0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1FA50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12:00-15:00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0A35D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6C0331A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B460EC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9BA8B5A" w14:textId="6153DCEA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480C42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AF1D87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B0963C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46C03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13:30-15:30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4994F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E39E8B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6261A4E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B2427B" w14:textId="55A2B236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6AD667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541A24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FB41C0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24.10.2026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F16595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10:00-13:00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6F0CF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50505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EF2AD02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CBE4E0" w14:textId="0B875777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F18243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C33213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08DE16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24.10.2026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E0DA6A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13:30-16:30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CC02EC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3CEC89B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5C21812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E42999" w14:textId="5A38178A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21CC6C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034F75" w14:textId="545A4ED5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</w:t>
            </w:r>
            <w:r w:rsidR="004C357C">
              <w:rPr>
                <w:rFonts w:cs="Arial"/>
                <w:sz w:val="16"/>
                <w:szCs w:val="16"/>
              </w:rPr>
              <w:t>nek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B0C230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26.10.2026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A9AAF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10F8F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12BBB6D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4E61C0B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2222B5A" w14:textId="58151510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3E5FA1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B8B28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0A6B5C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28.10.2026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6982BA6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CF340E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0CD22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3910A021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ACECCF4" w14:textId="5FE45A63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A99895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F36297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BE0AA4B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30.10.2026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F1DBB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9:00-11:00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868E2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E07B75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2EA1008F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DDBD5A6" w14:textId="5A98ED89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A01BF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A5DCAB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B35BAB9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30.10.2026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491D8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11:15-13:15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AFF9BF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B0F223B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D14143E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19F4098" w14:textId="135C07D8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7DEE7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Zajęcia sportowe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B32571F" w14:textId="599D005F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Budyn</w:t>
            </w:r>
            <w:r w:rsidR="004C357C">
              <w:rPr>
                <w:rFonts w:cs="Arial"/>
                <w:sz w:val="16"/>
                <w:szCs w:val="16"/>
              </w:rPr>
              <w:t>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5451ED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30.10.2026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BC40F9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13:30-15:30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154C6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20CAE2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BF0B4A9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6598E0E" w14:textId="1518504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47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4AB688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ED6F5A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79A5731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04.11.2026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0FB8A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12B03C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A3CDCD6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485C7215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C4FBD11" w14:textId="0D23B2D3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48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A1510C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532DB0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09388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09.11.2026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BCAEB4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2B1319B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2C8B1DE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6AD0B02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D9177B5" w14:textId="33E919E4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49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0AA19B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8A88B52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4F5918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14.11.2026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BDD69A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10:00-13:00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2ACB3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CC2C283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38B6214D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78C2976" w14:textId="3413A08E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50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71F769F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169B09" w14:textId="2B0CCB91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</w:t>
            </w:r>
            <w:r w:rsidR="00AE2C89">
              <w:rPr>
                <w:rFonts w:cs="Arial"/>
                <w:sz w:val="16"/>
                <w:szCs w:val="16"/>
              </w:rPr>
              <w:t xml:space="preserve"> </w:t>
            </w:r>
            <w:r w:rsidRPr="00BD7CA2">
              <w:rPr>
                <w:rFonts w:cs="Arial"/>
                <w:sz w:val="16"/>
                <w:szCs w:val="16"/>
              </w:rPr>
              <w:t>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74689F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14.11.2026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8281043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13:30-16:30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404CF61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948B71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7CB810EE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286A1A" w14:textId="394B72A8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F7B4D3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4D6AA1" w14:textId="3DBCE539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Budyn</w:t>
            </w:r>
            <w:r w:rsidR="004C357C">
              <w:rPr>
                <w:rFonts w:cs="Arial"/>
                <w:sz w:val="16"/>
                <w:szCs w:val="16"/>
              </w:rPr>
              <w:t>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D0078CE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16.11.2026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6275A44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BEBDF7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68A8FB6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6877ABA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C6E762B" w14:textId="35173FE1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52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4B82543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Żydowo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77A6CC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Żydowie</w:t>
            </w:r>
            <w:r w:rsidRPr="00BD7CA2">
              <w:rPr>
                <w:rFonts w:cs="Arial"/>
                <w:sz w:val="16"/>
                <w:szCs w:val="16"/>
              </w:rPr>
              <w:br/>
              <w:t>Żydowo 91,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EAC0EC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18.11.2026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9C06F4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67A592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EBAFCF7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6E880F2A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67C1A18" w14:textId="30079DA6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53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01F379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FE61A0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Klub Seniora</w:t>
            </w:r>
            <w:r w:rsidRPr="00BD7CA2">
              <w:rPr>
                <w:rFonts w:cs="Arial"/>
                <w:sz w:val="16"/>
                <w:szCs w:val="16"/>
              </w:rPr>
              <w:br/>
              <w:t>ul. Wolności 14,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981A422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23.11.2026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D8296AD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5DB3B06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74164B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00E0B04C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4BAA8E1" w14:textId="69D28CB1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54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7EDABD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Nacław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3E6F4F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Nacławiu</w:t>
            </w:r>
            <w:r w:rsidRPr="00BD7CA2">
              <w:rPr>
                <w:rFonts w:cs="Arial"/>
                <w:sz w:val="16"/>
                <w:szCs w:val="16"/>
              </w:rPr>
              <w:br/>
              <w:t>Nacław 27B,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E503345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28.11.2026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5CBB6DC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10:00-13:00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332D2C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FCC6F90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59642A20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46D803F0" w14:textId="2069AE03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681BEE18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Rzeczyca Wielka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28A0735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Świetlica Wiejska w Rzeczycy Wielkiej</w:t>
            </w:r>
            <w:r w:rsidRPr="00BD7CA2">
              <w:rPr>
                <w:rFonts w:cs="Arial"/>
                <w:sz w:val="16"/>
                <w:szCs w:val="16"/>
              </w:rPr>
              <w:br/>
              <w:t>Rzeczyca Wielka 4a,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44332BA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28.11.2026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0FDE56F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13:30-16:30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57A154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17D4CA5E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  <w:tr w:rsidR="00A61D3A" w14:paraId="169D8301" w14:textId="77777777">
        <w:trPr>
          <w:jc w:val="center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72B0ED61" w14:textId="3C3B42FC" w:rsidR="00A61D3A" w:rsidRPr="00BD7CA2" w:rsidRDefault="00AE2C89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56</w:t>
            </w:r>
          </w:p>
        </w:tc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88FA7B0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Warsztaty artystyczne</w:t>
            </w:r>
            <w:r w:rsidRPr="00BD7CA2">
              <w:rPr>
                <w:rFonts w:cs="Arial"/>
                <w:sz w:val="16"/>
                <w:szCs w:val="16"/>
              </w:rPr>
              <w:br/>
              <w:t>Grupa: Polanów II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0A20D1C0" w14:textId="63786E9D" w:rsidR="00A61D3A" w:rsidRPr="00BD7CA2" w:rsidRDefault="00AE6F49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AE6F49">
              <w:rPr>
                <w:rFonts w:cs="Arial"/>
                <w:sz w:val="16"/>
                <w:szCs w:val="16"/>
              </w:rPr>
              <w:t>Budyn</w:t>
            </w:r>
            <w:r w:rsidR="004C357C">
              <w:rPr>
                <w:rFonts w:cs="Arial"/>
                <w:sz w:val="16"/>
                <w:szCs w:val="16"/>
              </w:rPr>
              <w:t>ek</w:t>
            </w:r>
            <w:r w:rsidRPr="00AE6F49">
              <w:rPr>
                <w:rFonts w:cs="Arial"/>
                <w:sz w:val="16"/>
                <w:szCs w:val="16"/>
              </w:rPr>
              <w:t xml:space="preserve"> OSP (sala główna) </w:t>
            </w:r>
            <w:r w:rsidRPr="00AE6F49">
              <w:rPr>
                <w:rFonts w:cs="Arial"/>
                <w:sz w:val="16"/>
                <w:szCs w:val="16"/>
              </w:rPr>
              <w:br/>
              <w:t>ul. Magazynowa 12, 76-010 Polanów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281B58D1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30.11.2026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C2B07E4" w14:textId="77777777" w:rsidR="00A61D3A" w:rsidRPr="00BD7CA2" w:rsidRDefault="00636580">
            <w:pPr>
              <w:spacing w:after="0" w:line="240" w:lineRule="auto"/>
              <w:jc w:val="center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15:30-18:30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59DA97FC" w14:textId="77777777" w:rsidR="00A61D3A" w:rsidRPr="00BD7CA2" w:rsidRDefault="00636580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  <w:r w:rsidRPr="00BD7CA2">
              <w:rPr>
                <w:rFonts w:cs="Arial"/>
                <w:sz w:val="16"/>
                <w:szCs w:val="16"/>
              </w:rPr>
              <w:t>Lista obecności będzie dostępna w Biurze Projektu po realizacji wsparcia.*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5" w:type="dxa"/>
              <w:left w:w="60" w:type="dxa"/>
              <w:bottom w:w="35" w:type="dxa"/>
              <w:right w:w="60" w:type="dxa"/>
            </w:tcMar>
            <w:vAlign w:val="center"/>
          </w:tcPr>
          <w:p w14:paraId="32057670" w14:textId="77777777" w:rsidR="00A61D3A" w:rsidRPr="00BD7CA2" w:rsidRDefault="00A61D3A">
            <w:pPr>
              <w:spacing w:after="0" w:line="240" w:lineRule="auto"/>
              <w:rPr>
                <w:rFonts w:cs="Arial"/>
                <w:sz w:val="16"/>
                <w:szCs w:val="16"/>
              </w:rPr>
            </w:pPr>
          </w:p>
        </w:tc>
      </w:tr>
    </w:tbl>
    <w:p w14:paraId="33B76873" w14:textId="4DD2ABAD" w:rsidR="00A61D3A" w:rsidRPr="00BD7CA2" w:rsidRDefault="00636580" w:rsidP="007328C5">
      <w:pPr>
        <w:spacing w:before="200" w:after="800"/>
        <w:ind w:left="142"/>
        <w:rPr>
          <w:sz w:val="16"/>
          <w:szCs w:val="16"/>
        </w:rPr>
      </w:pPr>
      <w:r w:rsidRPr="00BD7CA2">
        <w:rPr>
          <w:sz w:val="16"/>
          <w:szCs w:val="16"/>
        </w:rPr>
        <w:t>*</w:t>
      </w:r>
      <w:r w:rsidR="00AE2C89">
        <w:rPr>
          <w:sz w:val="16"/>
          <w:szCs w:val="16"/>
        </w:rPr>
        <w:t xml:space="preserve"> L</w:t>
      </w:r>
      <w:r w:rsidRPr="00BD7CA2">
        <w:rPr>
          <w:sz w:val="16"/>
          <w:szCs w:val="16"/>
        </w:rPr>
        <w:t xml:space="preserve">isty </w:t>
      </w:r>
      <w:r w:rsidR="00AE2C89">
        <w:rPr>
          <w:sz w:val="16"/>
          <w:szCs w:val="16"/>
        </w:rPr>
        <w:t>są/będą</w:t>
      </w:r>
      <w:r w:rsidRPr="00BD7CA2">
        <w:rPr>
          <w:sz w:val="16"/>
          <w:szCs w:val="16"/>
        </w:rPr>
        <w:t xml:space="preserve"> dostępne w Biurze Projektu po realizacji</w:t>
      </w:r>
      <w:r w:rsidR="00AE2C89">
        <w:rPr>
          <w:sz w:val="16"/>
          <w:szCs w:val="16"/>
        </w:rPr>
        <w:t xml:space="preserve"> wsparcia</w:t>
      </w:r>
      <w:r w:rsidRPr="00BD7CA2">
        <w:rPr>
          <w:sz w:val="16"/>
          <w:szCs w:val="16"/>
        </w:rPr>
        <w:t>, a dane uczestników zostaną następnie uzupełnione w systemie monitorowania.</w:t>
      </w: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16"/>
        <w:gridCol w:w="5216"/>
        <w:gridCol w:w="5272"/>
      </w:tblGrid>
      <w:tr w:rsidR="00A61D3A" w:rsidRPr="00BD7CA2" w14:paraId="5F0AAC17" w14:textId="77777777">
        <w:trPr>
          <w:cantSplit/>
          <w:jc w:val="center"/>
        </w:trPr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0FF735EB" w14:textId="77777777" w:rsidR="00BD7CA2" w:rsidRDefault="00636580" w:rsidP="00BD7CA2">
            <w:pPr>
              <w:spacing w:after="0" w:line="240" w:lineRule="auto"/>
              <w:ind w:left="341"/>
              <w:rPr>
                <w:sz w:val="16"/>
                <w:szCs w:val="16"/>
              </w:rPr>
            </w:pPr>
            <w:r w:rsidRPr="00BD7CA2">
              <w:rPr>
                <w:sz w:val="16"/>
                <w:szCs w:val="16"/>
              </w:rPr>
              <w:br/>
            </w:r>
          </w:p>
          <w:p w14:paraId="7DD67DCB" w14:textId="1014FB3E" w:rsidR="00BD7CA2" w:rsidRDefault="00636580" w:rsidP="00BD7CA2">
            <w:pPr>
              <w:spacing w:after="0" w:line="240" w:lineRule="auto"/>
              <w:ind w:left="341"/>
              <w:rPr>
                <w:sz w:val="16"/>
                <w:szCs w:val="16"/>
              </w:rPr>
            </w:pPr>
            <w:r w:rsidRPr="00BD7CA2">
              <w:rPr>
                <w:sz w:val="16"/>
                <w:szCs w:val="16"/>
              </w:rPr>
              <w:t xml:space="preserve">Biuro Projektu: Urząd Miejski w Polanowie, Referat Pozyskiwania Funduszy i Rozwoju, ul. Wolności 4, 76-010 Polanów, pok. nr 18, </w:t>
            </w:r>
          </w:p>
          <w:p w14:paraId="1E2EC844" w14:textId="778785EF" w:rsidR="00A61D3A" w:rsidRPr="00BD7CA2" w:rsidRDefault="00636580" w:rsidP="00BD7CA2">
            <w:pPr>
              <w:spacing w:after="0" w:line="240" w:lineRule="auto"/>
              <w:ind w:left="341"/>
              <w:rPr>
                <w:sz w:val="16"/>
                <w:szCs w:val="16"/>
              </w:rPr>
            </w:pPr>
            <w:r w:rsidRPr="00BD7CA2">
              <w:rPr>
                <w:sz w:val="16"/>
                <w:szCs w:val="16"/>
              </w:rPr>
              <w:t>tel. 94 348 07 60</w:t>
            </w:r>
            <w:r w:rsidR="00AE2C89">
              <w:rPr>
                <w:sz w:val="16"/>
                <w:szCs w:val="16"/>
              </w:rPr>
              <w:br/>
            </w:r>
            <w:r w:rsidR="00AE2C89" w:rsidRPr="00AE2C89">
              <w:rPr>
                <w:sz w:val="16"/>
                <w:szCs w:val="16"/>
              </w:rPr>
              <w:t>Joanna Jerejska – Koorydator projektu</w:t>
            </w:r>
            <w:r w:rsidR="00AE2C89" w:rsidRPr="00AE2C89">
              <w:rPr>
                <w:sz w:val="16"/>
                <w:szCs w:val="16"/>
              </w:rPr>
              <w:br/>
              <w:t>tel. 94 348 10 56</w:t>
            </w:r>
            <w:r w:rsidR="00AE2C89" w:rsidRPr="00AE2C89">
              <w:rPr>
                <w:sz w:val="16"/>
                <w:szCs w:val="16"/>
              </w:rPr>
              <w:br/>
            </w:r>
            <w:hyperlink r:id="rId9" w:history="1">
              <w:r w:rsidR="00AE2C89" w:rsidRPr="00AE2C89">
                <w:rPr>
                  <w:rStyle w:val="Hipercze"/>
                  <w:sz w:val="16"/>
                  <w:szCs w:val="16"/>
                </w:rPr>
                <w:t>j.jerejska@polanow.eu</w:t>
              </w:r>
            </w:hyperlink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53D3F009" w14:textId="77777777" w:rsidR="00BD7CA2" w:rsidRDefault="00BD7CA2" w:rsidP="00BD7CA2">
            <w:pPr>
              <w:spacing w:after="0" w:line="240" w:lineRule="auto"/>
              <w:ind w:left="793"/>
              <w:rPr>
                <w:sz w:val="16"/>
                <w:szCs w:val="16"/>
              </w:rPr>
            </w:pPr>
          </w:p>
          <w:p w14:paraId="65CD2A8C" w14:textId="77777777" w:rsidR="00BD7CA2" w:rsidRDefault="00BD7CA2" w:rsidP="00BD7CA2">
            <w:pPr>
              <w:spacing w:after="0" w:line="240" w:lineRule="auto"/>
              <w:ind w:left="793"/>
              <w:rPr>
                <w:sz w:val="16"/>
                <w:szCs w:val="16"/>
              </w:rPr>
            </w:pPr>
          </w:p>
          <w:p w14:paraId="03C58CEF" w14:textId="66734665" w:rsidR="00A61D3A" w:rsidRPr="00BD7CA2" w:rsidRDefault="00636580" w:rsidP="00BD7CA2">
            <w:pPr>
              <w:spacing w:after="0" w:line="240" w:lineRule="auto"/>
              <w:ind w:left="793"/>
              <w:rPr>
                <w:sz w:val="16"/>
                <w:szCs w:val="16"/>
              </w:rPr>
            </w:pPr>
            <w:r w:rsidRPr="00BD7CA2">
              <w:rPr>
                <w:sz w:val="16"/>
                <w:szCs w:val="16"/>
              </w:rPr>
              <w:t>Harmonogram opracowała:</w:t>
            </w:r>
            <w:r w:rsidRPr="00BD7CA2">
              <w:rPr>
                <w:sz w:val="16"/>
                <w:szCs w:val="16"/>
              </w:rPr>
              <w:br/>
            </w:r>
            <w:r w:rsidRPr="00BD7CA2">
              <w:rPr>
                <w:sz w:val="16"/>
                <w:szCs w:val="16"/>
              </w:rPr>
              <w:br/>
            </w:r>
            <w:r w:rsidR="00D47DF0">
              <w:rPr>
                <w:sz w:val="16"/>
                <w:szCs w:val="16"/>
              </w:rPr>
              <w:t xml:space="preserve">Joanna Jerejska </w:t>
            </w:r>
            <w:r w:rsidR="00AE2C89">
              <w:rPr>
                <w:sz w:val="16"/>
                <w:szCs w:val="16"/>
              </w:rPr>
              <w:t xml:space="preserve"> </w:t>
            </w:r>
          </w:p>
        </w:tc>
        <w:tc>
          <w:tcPr>
            <w:tcW w:w="5272" w:type="dxa"/>
            <w:tcBorders>
              <w:top w:val="nil"/>
              <w:left w:val="nil"/>
              <w:bottom w:val="nil"/>
              <w:right w:val="nil"/>
            </w:tcBorders>
            <w:tcMar>
              <w:top w:w="45" w:type="dxa"/>
              <w:left w:w="55" w:type="dxa"/>
              <w:bottom w:w="45" w:type="dxa"/>
              <w:right w:w="55" w:type="dxa"/>
            </w:tcMar>
          </w:tcPr>
          <w:p w14:paraId="3A9C84B2" w14:textId="77777777" w:rsidR="00BD7CA2" w:rsidRDefault="00BD7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65193423" w14:textId="77777777" w:rsidR="00BD7CA2" w:rsidRDefault="00BD7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4CBC5117" w14:textId="4E3CF9D6" w:rsidR="00A61D3A" w:rsidRPr="00BD7CA2" w:rsidRDefault="00BD7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Harmonogram zatwierdził</w:t>
            </w:r>
            <w:r w:rsidRPr="00BD7CA2">
              <w:rPr>
                <w:sz w:val="16"/>
                <w:szCs w:val="16"/>
              </w:rPr>
              <w:t>:</w:t>
            </w:r>
          </w:p>
          <w:p w14:paraId="5F753581" w14:textId="77777777" w:rsidR="00BD7CA2" w:rsidRDefault="00BD7CA2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1720A88" w14:textId="14496A06" w:rsidR="00A61D3A" w:rsidRPr="00BD7CA2" w:rsidRDefault="00636580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 w:rsidRPr="00BD7CA2">
              <w:rPr>
                <w:sz w:val="16"/>
                <w:szCs w:val="16"/>
              </w:rPr>
              <w:t>Burmistrz Polanowa</w:t>
            </w:r>
          </w:p>
        </w:tc>
      </w:tr>
    </w:tbl>
    <w:p w14:paraId="3778E066" w14:textId="77777777" w:rsidR="00DD4E1B" w:rsidRPr="00BD7CA2" w:rsidRDefault="00DD4E1B">
      <w:pPr>
        <w:rPr>
          <w:sz w:val="16"/>
          <w:szCs w:val="16"/>
        </w:rPr>
      </w:pPr>
    </w:p>
    <w:sectPr w:rsidR="00DD4E1B" w:rsidRPr="00BD7CA2" w:rsidSect="007328C5">
      <w:footerReference w:type="default" r:id="rId10"/>
      <w:pgSz w:w="16838" w:h="11906" w:orient="landscape"/>
      <w:pgMar w:top="680" w:right="680" w:bottom="680" w:left="680" w:header="170" w:footer="50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7BDB29" w14:textId="77777777" w:rsidR="00E5077B" w:rsidRDefault="00E5077B">
      <w:pPr>
        <w:spacing w:after="0" w:line="240" w:lineRule="auto"/>
      </w:pPr>
      <w:r>
        <w:separator/>
      </w:r>
    </w:p>
  </w:endnote>
  <w:endnote w:type="continuationSeparator" w:id="0">
    <w:p w14:paraId="4F4D750B" w14:textId="77777777" w:rsidR="00E5077B" w:rsidRDefault="00E50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E83DF5" w14:textId="77777777" w:rsidR="007328C5" w:rsidRDefault="007328C5">
    <w:pPr>
      <w:pStyle w:val="Stopka"/>
      <w:jc w:val="center"/>
      <w:rPr>
        <w:sz w:val="14"/>
        <w:szCs w:val="14"/>
      </w:rPr>
    </w:pPr>
  </w:p>
  <w:p w14:paraId="5493C04C" w14:textId="77777777" w:rsidR="007328C5" w:rsidRDefault="007328C5">
    <w:pPr>
      <w:pStyle w:val="Stopka"/>
      <w:jc w:val="center"/>
      <w:rPr>
        <w:sz w:val="14"/>
        <w:szCs w:val="14"/>
      </w:rPr>
    </w:pPr>
  </w:p>
  <w:p w14:paraId="28463FA8" w14:textId="6D9DAA1B" w:rsidR="00A61D3A" w:rsidRPr="007328C5" w:rsidRDefault="007328C5">
    <w:pPr>
      <w:pStyle w:val="Stopka"/>
      <w:jc w:val="center"/>
      <w:rPr>
        <w:sz w:val="14"/>
        <w:szCs w:val="14"/>
      </w:rPr>
    </w:pPr>
    <w:r w:rsidRPr="007328C5">
      <w:rPr>
        <w:sz w:val="14"/>
        <w:szCs w:val="14"/>
      </w:rPr>
      <w:t>Projekt pn. „Aktywny Senior to szczęśliwy Senior!”, realizowany przez Gminę Polanów na podstawie umowy o dofinansowanie nr FEPZ.06.19-IP.01-0009/25-00, współfinansowany ze środków Unii Europejskiej w ramach Europejskiego Funduszu Społecznego Plus, programu Fundusze Europejskie dla Pomorza Zachodniego 2021–2027, Priorytetu FEPZ.06 Fundusze Europejskie na rzecz aktywnego Pomorza Zachodniego, Działania FEPZ.06.19 Rozwój usług społecznych, w tym usług świadczonych w społeczności lokalnej (ZIT).</w:t>
    </w:r>
  </w:p>
  <w:p w14:paraId="2A04CC80" w14:textId="77777777" w:rsidR="00A61D3A" w:rsidRDefault="00636580">
    <w:pPr>
      <w:spacing w:after="0"/>
      <w:jc w:val="right"/>
    </w:pPr>
    <w:r>
      <w:rPr>
        <w:sz w:val="11"/>
      </w:rPr>
      <w:t xml:space="preserve">str. </w:t>
    </w:r>
    <w:r>
      <w:rPr>
        <w:sz w:val="11"/>
      </w:rPr>
      <w:fldChar w:fldCharType="begin"/>
    </w:r>
    <w:r>
      <w:rPr>
        <w:sz w:val="11"/>
      </w:rPr>
      <w:instrText xml:space="preserve"> PAGE </w:instrText>
    </w:r>
    <w:r>
      <w:rPr>
        <w:sz w:val="11"/>
      </w:rPr>
      <w:fldChar w:fldCharType="separate"/>
    </w:r>
    <w:r w:rsidR="00853F11">
      <w:rPr>
        <w:noProof/>
        <w:sz w:val="11"/>
      </w:rPr>
      <w:t>1</w:t>
    </w:r>
    <w:r>
      <w:rPr>
        <w:sz w:val="1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CF4DA6" w14:textId="77777777" w:rsidR="00E5077B" w:rsidRDefault="00E5077B">
      <w:pPr>
        <w:spacing w:after="0" w:line="240" w:lineRule="auto"/>
      </w:pPr>
      <w:r>
        <w:separator/>
      </w:r>
    </w:p>
  </w:footnote>
  <w:footnote w:type="continuationSeparator" w:id="0">
    <w:p w14:paraId="73E327EF" w14:textId="77777777" w:rsidR="00E5077B" w:rsidRDefault="00E507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51328126">
    <w:abstractNumId w:val="8"/>
  </w:num>
  <w:num w:numId="2" w16cid:durableId="473252663">
    <w:abstractNumId w:val="6"/>
  </w:num>
  <w:num w:numId="3" w16cid:durableId="1560626983">
    <w:abstractNumId w:val="5"/>
  </w:num>
  <w:num w:numId="4" w16cid:durableId="602152323">
    <w:abstractNumId w:val="4"/>
  </w:num>
  <w:num w:numId="5" w16cid:durableId="1243685757">
    <w:abstractNumId w:val="7"/>
  </w:num>
  <w:num w:numId="6" w16cid:durableId="728847547">
    <w:abstractNumId w:val="3"/>
  </w:num>
  <w:num w:numId="7" w16cid:durableId="1988700825">
    <w:abstractNumId w:val="2"/>
  </w:num>
  <w:num w:numId="8" w16cid:durableId="437062786">
    <w:abstractNumId w:val="1"/>
  </w:num>
  <w:num w:numId="9" w16cid:durableId="1826387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2F58"/>
    <w:rsid w:val="0006063C"/>
    <w:rsid w:val="0015074B"/>
    <w:rsid w:val="001670CB"/>
    <w:rsid w:val="001F0F40"/>
    <w:rsid w:val="00233F4E"/>
    <w:rsid w:val="0029639D"/>
    <w:rsid w:val="00326F90"/>
    <w:rsid w:val="00353D82"/>
    <w:rsid w:val="003E0C2B"/>
    <w:rsid w:val="00473F19"/>
    <w:rsid w:val="004751BC"/>
    <w:rsid w:val="004C357C"/>
    <w:rsid w:val="005719B1"/>
    <w:rsid w:val="005E02B4"/>
    <w:rsid w:val="00636580"/>
    <w:rsid w:val="007328C5"/>
    <w:rsid w:val="00794788"/>
    <w:rsid w:val="00847CC6"/>
    <w:rsid w:val="00853F11"/>
    <w:rsid w:val="009C384B"/>
    <w:rsid w:val="00A0454B"/>
    <w:rsid w:val="00A50251"/>
    <w:rsid w:val="00A61D3A"/>
    <w:rsid w:val="00AA1D8D"/>
    <w:rsid w:val="00AE2C89"/>
    <w:rsid w:val="00AE6F49"/>
    <w:rsid w:val="00B07DBD"/>
    <w:rsid w:val="00B47730"/>
    <w:rsid w:val="00BD7CA2"/>
    <w:rsid w:val="00CB0664"/>
    <w:rsid w:val="00CF29CE"/>
    <w:rsid w:val="00D47DF0"/>
    <w:rsid w:val="00DC7D19"/>
    <w:rsid w:val="00DD4E1B"/>
    <w:rsid w:val="00E5077B"/>
    <w:rsid w:val="00F8462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167D27B"/>
  <w14:defaultImageDpi w14:val="300"/>
  <w15:docId w15:val="{653EEA9B-D9CE-4858-8713-277319C26C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1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AE2C89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E2C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j.jerejska@polanow.e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1796</Words>
  <Characters>10777</Characters>
  <Application>Microsoft Office Word</Application>
  <DocSecurity>0</DocSecurity>
  <Lines>89</Lines>
  <Paragraphs>25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Harmonogram udzielania wsparcia Projekt Aktywny Senior to szczęśliwy Senior!</vt:lpstr>
      <vt:lpstr/>
    </vt:vector>
  </TitlesOfParts>
  <Manager/>
  <Company/>
  <LinksUpToDate>false</LinksUpToDate>
  <CharactersWithSpaces>12548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Harmonogram udzielania wsparcia Projekt Aktywny Senior to szczęśliwy Senior!</dc:title>
  <dc:subject/>
  <dc:creator>Agnieszka Kaczka</dc:creator>
  <cp:keywords/>
  <dc:description>generated by python-docx</dc:description>
  <cp:lastModifiedBy>Agnieszka Kaczka</cp:lastModifiedBy>
  <cp:revision>2</cp:revision>
  <cp:lastPrinted>2026-10-15T06:00:00Z</cp:lastPrinted>
  <dcterms:created xsi:type="dcterms:W3CDTF">2026-10-19T06:23:00Z</dcterms:created>
  <dcterms:modified xsi:type="dcterms:W3CDTF">2026-10-19T06:23:00Z</dcterms:modified>
  <cp:category/>
</cp:coreProperties>
</file>